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A59E1B" w14:textId="77777777" w:rsidR="00BC7BC6" w:rsidRPr="00F94324" w:rsidRDefault="00F94324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F94324">
        <w:rPr>
          <w:rFonts w:ascii="Times New Roman" w:hAnsi="Times New Roman" w:cs="Times New Roman"/>
          <w:b/>
          <w:sz w:val="24"/>
          <w:szCs w:val="24"/>
          <w:lang w:val="uk-UA"/>
        </w:rPr>
        <w:t>КРИТЕРІЇ ОЦІНЮВАННЯ РЕЗУЛЬТАТІВ НАВЧАННЯ УЧНІВ</w:t>
      </w:r>
      <w:r w:rsidRPr="00F94324">
        <w:rPr>
          <w:rFonts w:ascii="Times New Roman" w:hAnsi="Times New Roman" w:cs="Times New Roman"/>
          <w:b/>
          <w:sz w:val="24"/>
          <w:szCs w:val="24"/>
          <w:lang w:val="uk-UA"/>
        </w:rPr>
        <w:br/>
        <w:t>ІЗ ЗАРУБІЖНОЇ ЛІТЕРАТУРИ У 5–9 КЛАСАХ</w:t>
      </w:r>
    </w:p>
    <w:p w14:paraId="0C1BBC11" w14:textId="77777777" w:rsidR="0095295F" w:rsidRDefault="0095295F" w:rsidP="0095295F">
      <w:pPr>
        <w:jc w:val="center"/>
        <w:rPr>
          <w:rFonts w:ascii="Times New Roman" w:hAnsi="Times New Roman" w:cs="Times New Roman"/>
          <w:b/>
          <w:i/>
          <w:iCs/>
          <w:sz w:val="24"/>
          <w:szCs w:val="24"/>
          <w:lang w:val="uk-UA"/>
        </w:rPr>
      </w:pPr>
      <w:bookmarkStart w:id="0" w:name="_Hlk237438935"/>
      <w:r>
        <w:rPr>
          <w:rFonts w:ascii="Times New Roman" w:hAnsi="Times New Roman" w:cs="Times New Roman"/>
          <w:b/>
          <w:i/>
          <w:iCs/>
          <w:sz w:val="24"/>
          <w:szCs w:val="24"/>
          <w:lang w:val="uk-UA"/>
        </w:rPr>
        <w:t xml:space="preserve">Розроблено відповідно </w:t>
      </w:r>
      <w:bookmarkStart w:id="1" w:name="_Hlk237442024"/>
      <w:r>
        <w:rPr>
          <w:rFonts w:ascii="Times New Roman" w:hAnsi="Times New Roman" w:cs="Times New Roman"/>
          <w:b/>
          <w:i/>
          <w:iCs/>
          <w:sz w:val="24"/>
          <w:szCs w:val="24"/>
          <w:lang w:val="uk-UA"/>
        </w:rPr>
        <w:t>до загальних критеріїв оцінювання результатів навчання учнів</w:t>
      </w:r>
    </w:p>
    <w:p w14:paraId="1F0A989E" w14:textId="77777777" w:rsidR="0095295F" w:rsidRDefault="0095295F" w:rsidP="0095295F">
      <w:pPr>
        <w:jc w:val="center"/>
        <w:rPr>
          <w:rFonts w:ascii="Times New Roman" w:hAnsi="Times New Roman" w:cs="Times New Roman"/>
          <w:i/>
          <w:i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i/>
          <w:iCs/>
          <w:sz w:val="24"/>
          <w:szCs w:val="24"/>
          <w:lang w:val="uk-UA"/>
        </w:rPr>
        <w:t>(додаток до наказу МОН України №722 від 04.05.2026)</w:t>
      </w:r>
      <w:bookmarkEnd w:id="0"/>
      <w:bookmarkEnd w:id="1"/>
    </w:p>
    <w:p w14:paraId="257B871C" w14:textId="07520B9C" w:rsidR="00BC7BC6" w:rsidRDefault="00BC7BC6" w:rsidP="0095295F">
      <w:pPr>
        <w:jc w:val="center"/>
        <w:rPr>
          <w:rFonts w:ascii="Times New Roman" w:hAnsi="Times New Roman" w:cs="Times New Roman"/>
          <w:i/>
          <w:sz w:val="24"/>
          <w:szCs w:val="24"/>
          <w:lang w:val="uk-UA"/>
        </w:rPr>
      </w:pPr>
    </w:p>
    <w:p w14:paraId="7194243B" w14:textId="77777777" w:rsidR="0095295F" w:rsidRPr="00F94324" w:rsidRDefault="0095295F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tbl>
      <w:tblPr>
        <w:tblStyle w:val="aff2"/>
        <w:tblW w:w="15227" w:type="dxa"/>
        <w:jc w:val="center"/>
        <w:tblLook w:val="04A0" w:firstRow="1" w:lastRow="0" w:firstColumn="1" w:lastColumn="0" w:noHBand="0" w:noVBand="1"/>
      </w:tblPr>
      <w:tblGrid>
        <w:gridCol w:w="1426"/>
        <w:gridCol w:w="676"/>
        <w:gridCol w:w="3505"/>
        <w:gridCol w:w="3281"/>
        <w:gridCol w:w="2548"/>
        <w:gridCol w:w="2362"/>
        <w:gridCol w:w="1429"/>
      </w:tblGrid>
      <w:tr w:rsidR="00BC7BC6" w:rsidRPr="00F94324" w14:paraId="2E70E01C" w14:textId="77777777" w:rsidTr="00415A1B">
        <w:trPr>
          <w:jc w:val="center"/>
        </w:trPr>
        <w:tc>
          <w:tcPr>
            <w:tcW w:w="1426" w:type="dxa"/>
            <w:shd w:val="clear" w:color="auto" w:fill="D9EAF7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EFB0508" w14:textId="77777777" w:rsidR="00BC7BC6" w:rsidRPr="00F94324" w:rsidRDefault="00F943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9432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Рівень</w:t>
            </w:r>
          </w:p>
        </w:tc>
        <w:tc>
          <w:tcPr>
            <w:tcW w:w="676" w:type="dxa"/>
            <w:shd w:val="clear" w:color="auto" w:fill="D9EAF7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EFCBECD" w14:textId="77777777" w:rsidR="00BC7BC6" w:rsidRPr="00F94324" w:rsidRDefault="00F943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9432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Бал</w:t>
            </w:r>
          </w:p>
        </w:tc>
        <w:tc>
          <w:tcPr>
            <w:tcW w:w="3505" w:type="dxa"/>
            <w:shd w:val="clear" w:color="auto" w:fill="D9EAF7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1308F78" w14:textId="77777777" w:rsidR="00BC7BC6" w:rsidRPr="00F94324" w:rsidRDefault="00F943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9432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За когнітивними</w:t>
            </w:r>
            <w:r w:rsidRPr="00F9432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br/>
              <w:t>процесами</w:t>
            </w:r>
          </w:p>
        </w:tc>
        <w:tc>
          <w:tcPr>
            <w:tcW w:w="3281" w:type="dxa"/>
            <w:shd w:val="clear" w:color="auto" w:fill="D9EAF7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EFCD5FF" w14:textId="77777777" w:rsidR="00BC7BC6" w:rsidRPr="00F94324" w:rsidRDefault="00F943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9432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За навчальною</w:t>
            </w:r>
            <w:r w:rsidRPr="00F9432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br/>
              <w:t>діяльністю</w:t>
            </w:r>
          </w:p>
        </w:tc>
        <w:tc>
          <w:tcPr>
            <w:tcW w:w="2548" w:type="dxa"/>
            <w:shd w:val="clear" w:color="auto" w:fill="D9EAF7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4AA6496" w14:textId="77777777" w:rsidR="00BC7BC6" w:rsidRPr="00F94324" w:rsidRDefault="00F943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9432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За рівнем</w:t>
            </w:r>
            <w:r w:rsidRPr="00F9432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br/>
              <w:t>самостійності</w:t>
            </w:r>
          </w:p>
        </w:tc>
        <w:tc>
          <w:tcPr>
            <w:tcW w:w="2362" w:type="dxa"/>
            <w:shd w:val="clear" w:color="auto" w:fill="D9EAF7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7E1BD3D" w14:textId="77777777" w:rsidR="00BC7BC6" w:rsidRPr="00F94324" w:rsidRDefault="00F943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9432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За рівнем комунікації</w:t>
            </w:r>
            <w:r w:rsidRPr="00F9432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br/>
              <w:t>та взаємодії</w:t>
            </w:r>
          </w:p>
        </w:tc>
        <w:tc>
          <w:tcPr>
            <w:tcW w:w="1429" w:type="dxa"/>
            <w:shd w:val="clear" w:color="auto" w:fill="D9EAF7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A259279" w14:textId="77777777" w:rsidR="00BC7BC6" w:rsidRPr="00F94324" w:rsidRDefault="00F943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9432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За частотою</w:t>
            </w:r>
            <w:r w:rsidRPr="00F9432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br/>
              <w:t>вияву вмінь</w:t>
            </w:r>
          </w:p>
        </w:tc>
      </w:tr>
      <w:tr w:rsidR="0095295F" w:rsidRPr="00415A1B" w14:paraId="5968056A" w14:textId="77777777" w:rsidTr="00415A1B">
        <w:trPr>
          <w:jc w:val="center"/>
        </w:trPr>
        <w:tc>
          <w:tcPr>
            <w:tcW w:w="1426" w:type="dxa"/>
            <w:vMerge w:val="restart"/>
            <w:shd w:val="clear" w:color="auto" w:fill="FCE4D6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19FA26B" w14:textId="77777777" w:rsidR="0095295F" w:rsidRPr="00F94324" w:rsidRDefault="0095295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9432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Початковий</w:t>
            </w:r>
          </w:p>
          <w:p w14:paraId="3B5255D5" w14:textId="04E7B421" w:rsidR="0095295F" w:rsidRPr="00F94324" w:rsidRDefault="0095295F" w:rsidP="00B2213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76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0B3A70A" w14:textId="77777777" w:rsidR="0095295F" w:rsidRPr="00F94324" w:rsidRDefault="0095295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9432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</w:t>
            </w:r>
          </w:p>
        </w:tc>
        <w:tc>
          <w:tcPr>
            <w:tcW w:w="3505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71C2297" w14:textId="77777777" w:rsidR="0095295F" w:rsidRPr="00F94324" w:rsidRDefault="0095295F" w:rsidP="0095295F">
            <w:pPr>
              <w:spacing w:line="216" w:lineRule="auto"/>
              <w:ind w:left="75" w:right="109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9432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сприймає окремі відомості про автора, твір, персонажів, події; упізнає окремі елементи змісту художнього тексту; намагається відповідати на прості запитання, припускаючись суттєвих змістових і логічних помилок; майже не розпізнає вивчених літературознавчих понять</w:t>
            </w:r>
          </w:p>
        </w:tc>
        <w:tc>
          <w:tcPr>
            <w:tcW w:w="3281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D67F3A4" w14:textId="77777777" w:rsidR="0095295F" w:rsidRPr="00F94324" w:rsidRDefault="0095295F" w:rsidP="0095295F">
            <w:pPr>
              <w:spacing w:line="216" w:lineRule="auto"/>
              <w:ind w:left="75" w:right="109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9432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виконує частину простих завдань за наданим зразком: називає окремого героя, подію, факт; знаходить фрагмент у тексті лише з допомогою; відтворює уривчасті відомості про прочитане; власне читацьке висловлення фрагментарне</w:t>
            </w:r>
          </w:p>
        </w:tc>
        <w:tc>
          <w:tcPr>
            <w:tcW w:w="2548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7FAACEC" w14:textId="77777777" w:rsidR="0095295F" w:rsidRPr="00F94324" w:rsidRDefault="0095295F" w:rsidP="0095295F">
            <w:pPr>
              <w:spacing w:line="216" w:lineRule="auto"/>
              <w:ind w:left="75" w:right="109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9432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долучається до читання, обговорення й виконання завдань лише за безпосередньої участі вчителя; потребує постійних підказок, пояснення та зовнішнього контролю</w:t>
            </w:r>
          </w:p>
        </w:tc>
        <w:tc>
          <w:tcPr>
            <w:tcW w:w="2362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6C8CB7A" w14:textId="77777777" w:rsidR="0095295F" w:rsidRPr="00F94324" w:rsidRDefault="0095295F" w:rsidP="0095295F">
            <w:pPr>
              <w:spacing w:line="216" w:lineRule="auto"/>
              <w:ind w:left="75" w:right="109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9432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реагує на запитання про прочитане переважно після спонукання; відповіді короткі й часто не по суті; майже не долучається до обговорення твору та не реагує на читацькі думки інших</w:t>
            </w:r>
          </w:p>
        </w:tc>
        <w:tc>
          <w:tcPr>
            <w:tcW w:w="1429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032D6D2" w14:textId="77777777" w:rsidR="0095295F" w:rsidRPr="00F94324" w:rsidRDefault="0095295F" w:rsidP="0095295F">
            <w:pPr>
              <w:spacing w:line="216" w:lineRule="auto"/>
              <w:ind w:left="75" w:right="109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9432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виявляє літературні знання й читацькі вміння в окремих випадках</w:t>
            </w:r>
          </w:p>
        </w:tc>
      </w:tr>
      <w:tr w:rsidR="0095295F" w:rsidRPr="00415A1B" w14:paraId="7B511B53" w14:textId="77777777" w:rsidTr="00415A1B">
        <w:trPr>
          <w:jc w:val="center"/>
        </w:trPr>
        <w:tc>
          <w:tcPr>
            <w:tcW w:w="1426" w:type="dxa"/>
            <w:vMerge/>
            <w:shd w:val="clear" w:color="auto" w:fill="FCE4D6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6A48628" w14:textId="62765B76" w:rsidR="0095295F" w:rsidRPr="00F94324" w:rsidRDefault="0095295F" w:rsidP="00B2213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76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0BB6D6B" w14:textId="77777777" w:rsidR="0095295F" w:rsidRPr="00F94324" w:rsidRDefault="0095295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9432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</w:t>
            </w:r>
          </w:p>
        </w:tc>
        <w:tc>
          <w:tcPr>
            <w:tcW w:w="3505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161873F" w14:textId="77777777" w:rsidR="0095295F" w:rsidRPr="00F94324" w:rsidRDefault="0095295F" w:rsidP="0095295F">
            <w:pPr>
              <w:spacing w:line="216" w:lineRule="auto"/>
              <w:ind w:left="75" w:right="109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9432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розпізнає частину інформації про зміст твору, автора, героїв; називає окремі події та факти; частково розуміє буквально подану інформацію; відповідає на прості запитання, допускаючи змістові й логічні помилки</w:t>
            </w:r>
          </w:p>
        </w:tc>
        <w:tc>
          <w:tcPr>
            <w:tcW w:w="3281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58E72F2" w14:textId="77777777" w:rsidR="0095295F" w:rsidRPr="00F94324" w:rsidRDefault="0095295F" w:rsidP="0095295F">
            <w:pPr>
              <w:spacing w:line="216" w:lineRule="auto"/>
              <w:ind w:left="75" w:right="109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9432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виконує прості завдання за точним зразком: установлює окрему відповідність «герой — подія», добирає факт із тексту, відтворює частину сюжету; за опорою висловлює елементарне враження від твору</w:t>
            </w:r>
          </w:p>
        </w:tc>
        <w:tc>
          <w:tcPr>
            <w:tcW w:w="2548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4DC9FCD" w14:textId="77777777" w:rsidR="0095295F" w:rsidRPr="00F94324" w:rsidRDefault="0095295F" w:rsidP="0095295F">
            <w:pPr>
              <w:spacing w:line="216" w:lineRule="auto"/>
              <w:ind w:left="75" w:right="109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9432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працює лише за значної допомоги вчителя; потребує постійного зовнішнього контролю, нагадування послідовності дій і корекції більшості відповідей</w:t>
            </w:r>
          </w:p>
        </w:tc>
        <w:tc>
          <w:tcPr>
            <w:tcW w:w="2362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EEB7F45" w14:textId="77777777" w:rsidR="0095295F" w:rsidRPr="00F94324" w:rsidRDefault="0095295F" w:rsidP="0095295F">
            <w:pPr>
              <w:spacing w:line="216" w:lineRule="auto"/>
              <w:ind w:left="75" w:right="109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9432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відповідає на звернення після спонукання; висловлює окреме враження про героя або подію простими реченнями; у спільному обговоренні переважно пасивний / пасивна</w:t>
            </w:r>
          </w:p>
        </w:tc>
        <w:tc>
          <w:tcPr>
            <w:tcW w:w="1429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B7E6763" w14:textId="77777777" w:rsidR="0095295F" w:rsidRPr="00F94324" w:rsidRDefault="0095295F" w:rsidP="0095295F">
            <w:pPr>
              <w:spacing w:line="216" w:lineRule="auto"/>
              <w:ind w:left="75" w:right="109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9432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виявляє літературні знання й читацькі вміння в окремих випадках</w:t>
            </w:r>
          </w:p>
        </w:tc>
      </w:tr>
      <w:tr w:rsidR="0095295F" w:rsidRPr="00415A1B" w14:paraId="1C4DBBA1" w14:textId="77777777" w:rsidTr="00415A1B">
        <w:trPr>
          <w:jc w:val="center"/>
        </w:trPr>
        <w:tc>
          <w:tcPr>
            <w:tcW w:w="1426" w:type="dxa"/>
            <w:vMerge/>
            <w:shd w:val="clear" w:color="auto" w:fill="FCE4D6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192419A" w14:textId="08FA4093" w:rsidR="0095295F" w:rsidRPr="00F94324" w:rsidRDefault="0095295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76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2EB93EE" w14:textId="77777777" w:rsidR="0095295F" w:rsidRPr="00F94324" w:rsidRDefault="0095295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9432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3</w:t>
            </w:r>
          </w:p>
        </w:tc>
        <w:tc>
          <w:tcPr>
            <w:tcW w:w="3505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296C2FC" w14:textId="77777777" w:rsidR="0095295F" w:rsidRPr="00F94324" w:rsidRDefault="0095295F" w:rsidP="0095295F">
            <w:pPr>
              <w:spacing w:line="216" w:lineRule="auto"/>
              <w:ind w:left="75" w:right="109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9432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відтворює за зразком частину змісту прочитаного; розпізнає головних персонажів і основні події; знаходить окрему явно подану інформацію; за допомогою розпізнає окремі вивчені літературознавчі поняття та найочевидніші відомості про культурну належність твору</w:t>
            </w:r>
          </w:p>
        </w:tc>
        <w:tc>
          <w:tcPr>
            <w:tcW w:w="3281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CC34039" w14:textId="77777777" w:rsidR="0095295F" w:rsidRPr="00F94324" w:rsidRDefault="0095295F" w:rsidP="0095295F">
            <w:pPr>
              <w:spacing w:line="216" w:lineRule="auto"/>
              <w:ind w:left="75" w:right="109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9432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 запитаннями стисло переказує окремий епізод; виконує прості завдання до тексту за алгоритмом; знаходить приклад художнього засобу за вказівкою; за опорою висловлює ставлення до героя або події</w:t>
            </w:r>
          </w:p>
        </w:tc>
        <w:tc>
          <w:tcPr>
            <w:tcW w:w="2548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9839C28" w14:textId="77777777" w:rsidR="0095295F" w:rsidRPr="00F94324" w:rsidRDefault="0095295F" w:rsidP="0095295F">
            <w:pPr>
              <w:spacing w:line="216" w:lineRule="auto"/>
              <w:ind w:left="75" w:right="109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9432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виконує завдання за зразком із допомогою вчителя; потребує періодичного зовнішнього контролю; самостійно уточнює лише окремі очевидні неточності</w:t>
            </w:r>
          </w:p>
        </w:tc>
        <w:tc>
          <w:tcPr>
            <w:tcW w:w="2362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90A6F05" w14:textId="77777777" w:rsidR="0095295F" w:rsidRPr="00F94324" w:rsidRDefault="0095295F" w:rsidP="0095295F">
            <w:pPr>
              <w:spacing w:line="216" w:lineRule="auto"/>
              <w:ind w:left="75" w:right="109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9432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підтримує короткий діалог про прочитане за запитаннями; висловлює просту читацьку думку за опорою, але </w:t>
            </w:r>
            <w:proofErr w:type="spellStart"/>
            <w:r w:rsidRPr="00F9432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рідко</w:t>
            </w:r>
            <w:proofErr w:type="spellEnd"/>
            <w:r w:rsidRPr="00F9432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ініціює обговорення й мало реагує на позиції інших</w:t>
            </w:r>
          </w:p>
        </w:tc>
        <w:tc>
          <w:tcPr>
            <w:tcW w:w="1429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051C70B" w14:textId="77777777" w:rsidR="0095295F" w:rsidRPr="00F94324" w:rsidRDefault="0095295F" w:rsidP="0095295F">
            <w:pPr>
              <w:spacing w:line="216" w:lineRule="auto"/>
              <w:ind w:left="75" w:right="109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9432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виявляє літературні знання й читацькі вміння в окремих випадках</w:t>
            </w:r>
          </w:p>
        </w:tc>
      </w:tr>
      <w:tr w:rsidR="0095295F" w:rsidRPr="00415A1B" w14:paraId="0BA431F1" w14:textId="77777777" w:rsidTr="00415A1B">
        <w:trPr>
          <w:jc w:val="center"/>
        </w:trPr>
        <w:tc>
          <w:tcPr>
            <w:tcW w:w="1426" w:type="dxa"/>
            <w:vMerge w:val="restart"/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D23BFAA" w14:textId="5CCB295D" w:rsidR="0095295F" w:rsidRPr="00F94324" w:rsidRDefault="0095295F" w:rsidP="00162F06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9432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lastRenderedPageBreak/>
              <w:t>Середній</w:t>
            </w:r>
          </w:p>
        </w:tc>
        <w:tc>
          <w:tcPr>
            <w:tcW w:w="676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F7CD519" w14:textId="77777777" w:rsidR="0095295F" w:rsidRPr="00F94324" w:rsidRDefault="0095295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9432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4</w:t>
            </w:r>
          </w:p>
        </w:tc>
        <w:tc>
          <w:tcPr>
            <w:tcW w:w="3505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307C8C5" w14:textId="77777777" w:rsidR="0095295F" w:rsidRPr="00F94324" w:rsidRDefault="0095295F" w:rsidP="0095295F">
            <w:pPr>
              <w:spacing w:line="216" w:lineRule="auto"/>
              <w:ind w:left="75" w:right="109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9432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відтворює основний зміст твору або епізоду; визначає тему на очевидному рівні; називає основних персонажів, події, окремі ознаки жанру; знаходить у тексті відповіді на прості запитання; відтворює основні відомості про автора в межах вивченого</w:t>
            </w:r>
          </w:p>
        </w:tc>
        <w:tc>
          <w:tcPr>
            <w:tcW w:w="3281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CADF93F" w14:textId="77777777" w:rsidR="0095295F" w:rsidRPr="00F94324" w:rsidRDefault="0095295F" w:rsidP="0095295F">
            <w:pPr>
              <w:spacing w:line="216" w:lineRule="auto"/>
              <w:ind w:left="75" w:right="109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9432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виконує типові репродуктивні завдання за зразком / алгоритмом; переказує основний зміст із можливими пропусками; за планом характеризує героя окремими рисами; розпізнає вивчені художні засоби в типових прикладах</w:t>
            </w:r>
          </w:p>
        </w:tc>
        <w:tc>
          <w:tcPr>
            <w:tcW w:w="2548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93FAAE5" w14:textId="77777777" w:rsidR="0095295F" w:rsidRPr="00F94324" w:rsidRDefault="0095295F" w:rsidP="0095295F">
            <w:pPr>
              <w:spacing w:line="216" w:lineRule="auto"/>
              <w:ind w:left="75" w:right="109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9432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долучається до роботи з допомогою вчителя; частину завдання виконує самостійно, складніші дії — після підказки; потребує допомоги для перевірки повноти й точності відповіді</w:t>
            </w:r>
          </w:p>
        </w:tc>
        <w:tc>
          <w:tcPr>
            <w:tcW w:w="2362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A8BF831" w14:textId="77777777" w:rsidR="0095295F" w:rsidRPr="00F94324" w:rsidRDefault="0095295F" w:rsidP="0095295F">
            <w:pPr>
              <w:spacing w:line="216" w:lineRule="auto"/>
              <w:ind w:left="75" w:right="109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9432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включається в обговорення з ініціативи інших; відповідає не завжди повно й аргументовано; формально бере участь у спільному аналізі тексту</w:t>
            </w:r>
          </w:p>
        </w:tc>
        <w:tc>
          <w:tcPr>
            <w:tcW w:w="1429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6BD6A4E" w14:textId="77777777" w:rsidR="0095295F" w:rsidRPr="00F94324" w:rsidRDefault="0095295F" w:rsidP="0095295F">
            <w:pPr>
              <w:spacing w:line="216" w:lineRule="auto"/>
              <w:ind w:left="75" w:right="109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9432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виявляє літературні знання й читацькі вміння епізодично</w:t>
            </w:r>
          </w:p>
        </w:tc>
      </w:tr>
      <w:tr w:rsidR="0095295F" w:rsidRPr="00415A1B" w14:paraId="53784720" w14:textId="77777777" w:rsidTr="00415A1B">
        <w:trPr>
          <w:jc w:val="center"/>
        </w:trPr>
        <w:tc>
          <w:tcPr>
            <w:tcW w:w="1426" w:type="dxa"/>
            <w:vMerge/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51CAAD7" w14:textId="451B715E" w:rsidR="0095295F" w:rsidRPr="00F94324" w:rsidRDefault="0095295F" w:rsidP="00162F06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76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7D2CE1A" w14:textId="77777777" w:rsidR="0095295F" w:rsidRPr="00F94324" w:rsidRDefault="0095295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9432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5</w:t>
            </w:r>
          </w:p>
        </w:tc>
        <w:tc>
          <w:tcPr>
            <w:tcW w:w="3505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D3986AC" w14:textId="77777777" w:rsidR="0095295F" w:rsidRPr="00F94324" w:rsidRDefault="0095295F" w:rsidP="0095295F">
            <w:pPr>
              <w:spacing w:line="216" w:lineRule="auto"/>
              <w:ind w:left="75" w:right="109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9432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застосовує основні відомості про твір у знайомій ситуації; визначає тему, окремі ключові події та риси персонажів; розпізнає вивчені жанрові ознаки й художні засоби; формулює окремі запитання; установлює найпростіший зв’язок твору з країною, епохою або культурою автора</w:t>
            </w:r>
          </w:p>
        </w:tc>
        <w:tc>
          <w:tcPr>
            <w:tcW w:w="3281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2F05C6A" w14:textId="77777777" w:rsidR="0095295F" w:rsidRPr="00F94324" w:rsidRDefault="0095295F" w:rsidP="0095295F">
            <w:pPr>
              <w:spacing w:line="216" w:lineRule="auto"/>
              <w:ind w:left="75" w:right="109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9432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виконує репродуктивні завдання за алгоритмом; складає простий план, стисло переказує, характеризує персонажа за запропонованою схемою; пояснює окремий учинок героя; висловлює читацьке враження з елементарним обґрунтуванням</w:t>
            </w:r>
          </w:p>
        </w:tc>
        <w:tc>
          <w:tcPr>
            <w:tcW w:w="2548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A15FF82" w14:textId="77777777" w:rsidR="0095295F" w:rsidRPr="00F94324" w:rsidRDefault="0095295F" w:rsidP="0095295F">
            <w:pPr>
              <w:spacing w:line="216" w:lineRule="auto"/>
              <w:ind w:left="75" w:right="109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9432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працює з допомогою або під керівництвом учителя; частину типового завдання виконує самостійно; у разі утруднення звертається по допомогу</w:t>
            </w:r>
          </w:p>
        </w:tc>
        <w:tc>
          <w:tcPr>
            <w:tcW w:w="2362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8F8167E" w14:textId="77777777" w:rsidR="0095295F" w:rsidRPr="00F94324" w:rsidRDefault="0095295F" w:rsidP="0095295F">
            <w:pPr>
              <w:spacing w:line="216" w:lineRule="auto"/>
              <w:ind w:left="75" w:right="109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9432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підтримує діалог, ініційований іншими; формулює прості запитання й відповіді про твір; висловлює власне ставлення, але аргументує його неповно; взаємодіє переважно пасивно</w:t>
            </w:r>
          </w:p>
        </w:tc>
        <w:tc>
          <w:tcPr>
            <w:tcW w:w="1429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839859" w14:textId="77777777" w:rsidR="0095295F" w:rsidRPr="00F94324" w:rsidRDefault="0095295F" w:rsidP="0095295F">
            <w:pPr>
              <w:spacing w:line="216" w:lineRule="auto"/>
              <w:ind w:left="75" w:right="109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9432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виявляє літературні знання й читацькі вміння епізодично</w:t>
            </w:r>
          </w:p>
        </w:tc>
      </w:tr>
      <w:tr w:rsidR="0095295F" w:rsidRPr="00415A1B" w14:paraId="03E136AC" w14:textId="77777777" w:rsidTr="00415A1B">
        <w:trPr>
          <w:jc w:val="center"/>
        </w:trPr>
        <w:tc>
          <w:tcPr>
            <w:tcW w:w="1426" w:type="dxa"/>
            <w:vMerge/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84D8AB1" w14:textId="3DC9B5DD" w:rsidR="0095295F" w:rsidRPr="00F94324" w:rsidRDefault="0095295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76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1CE751A" w14:textId="77777777" w:rsidR="0095295F" w:rsidRPr="00F94324" w:rsidRDefault="0095295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9432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6</w:t>
            </w:r>
          </w:p>
        </w:tc>
        <w:tc>
          <w:tcPr>
            <w:tcW w:w="3505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86F4741" w14:textId="77777777" w:rsidR="0095295F" w:rsidRPr="00F94324" w:rsidRDefault="0095295F" w:rsidP="0095295F">
            <w:pPr>
              <w:spacing w:line="216" w:lineRule="auto"/>
              <w:ind w:left="75" w:right="109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9432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застосовує знання про зміст, образи, жанр і художні особливості твору в типових ситуаціях; визначає тему та частково ідею / основну думку; установлює прості причинно-наслідкові зв’язки між подіями й учинками персонажів; формулює уточнювальні запитання; пояснює окремі культурні реалії</w:t>
            </w:r>
          </w:p>
        </w:tc>
        <w:tc>
          <w:tcPr>
            <w:tcW w:w="3281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00D5629" w14:textId="77777777" w:rsidR="0095295F" w:rsidRPr="00F94324" w:rsidRDefault="0095295F" w:rsidP="0095295F">
            <w:pPr>
              <w:spacing w:line="216" w:lineRule="auto"/>
              <w:ind w:left="75" w:right="109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9432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виконує частково-пошукові завдання за зразком / алгоритмом; характеризує героя з опорою на текст; пояснює окремі художні засоби та їхню роль; порівнює персонажів за заданими ознаками; створює зв’язне читацьке висловлення й частково аргументує його</w:t>
            </w:r>
          </w:p>
        </w:tc>
        <w:tc>
          <w:tcPr>
            <w:tcW w:w="2548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AAF6306" w14:textId="77777777" w:rsidR="0095295F" w:rsidRPr="00F94324" w:rsidRDefault="0095295F" w:rsidP="0095295F">
            <w:pPr>
              <w:spacing w:line="216" w:lineRule="auto"/>
              <w:ind w:left="75" w:right="109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9432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працює під загальним керівництвом учителя; визначені дії виконує самостійно, за потреби звертається по допомогу; здійснює частковий самоконтроль</w:t>
            </w:r>
          </w:p>
        </w:tc>
        <w:tc>
          <w:tcPr>
            <w:tcW w:w="2362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576A808" w14:textId="77777777" w:rsidR="0095295F" w:rsidRPr="00F94324" w:rsidRDefault="0095295F" w:rsidP="0095295F">
            <w:pPr>
              <w:spacing w:line="216" w:lineRule="auto"/>
              <w:ind w:left="75" w:right="109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9432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підтримує обговорення твору, ставить уточнювальні запитання; висловлює й частково пояснює власну читацьку позицію; виявляє готовність до взаємодії, хоча не завжди діє активно</w:t>
            </w:r>
          </w:p>
        </w:tc>
        <w:tc>
          <w:tcPr>
            <w:tcW w:w="1429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419265A" w14:textId="77777777" w:rsidR="0095295F" w:rsidRPr="00F94324" w:rsidRDefault="0095295F" w:rsidP="0095295F">
            <w:pPr>
              <w:spacing w:line="216" w:lineRule="auto"/>
              <w:ind w:left="75" w:right="109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9432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виявляє літературні знання й читацькі вміння епізодично</w:t>
            </w:r>
          </w:p>
        </w:tc>
      </w:tr>
      <w:tr w:rsidR="0095295F" w:rsidRPr="00415A1B" w14:paraId="72F83E94" w14:textId="77777777" w:rsidTr="00415A1B">
        <w:trPr>
          <w:jc w:val="center"/>
        </w:trPr>
        <w:tc>
          <w:tcPr>
            <w:tcW w:w="1426" w:type="dxa"/>
            <w:vMerge w:val="restart"/>
            <w:shd w:val="clear" w:color="auto" w:fill="E2F0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D4D2B09" w14:textId="77777777" w:rsidR="0095295F" w:rsidRDefault="0095295F" w:rsidP="00B26763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14:paraId="59EAB04D" w14:textId="77777777" w:rsidR="0095295F" w:rsidRDefault="0095295F" w:rsidP="00B26763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14:paraId="3F1C222A" w14:textId="77777777" w:rsidR="0095295F" w:rsidRDefault="0095295F" w:rsidP="00B26763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14:paraId="7A4061E7" w14:textId="77777777" w:rsidR="0095295F" w:rsidRDefault="0095295F" w:rsidP="00B26763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14:paraId="70EC7B24" w14:textId="77777777" w:rsidR="0095295F" w:rsidRDefault="0095295F" w:rsidP="00B26763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14:paraId="32177648" w14:textId="77777777" w:rsidR="0095295F" w:rsidRDefault="0095295F" w:rsidP="00B26763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14:paraId="217733FF" w14:textId="77777777" w:rsidR="0095295F" w:rsidRDefault="0095295F" w:rsidP="00B26763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14:paraId="63F3E461" w14:textId="77777777" w:rsidR="0095295F" w:rsidRDefault="0095295F" w:rsidP="00B26763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14:paraId="2EF918BA" w14:textId="77777777" w:rsidR="0095295F" w:rsidRDefault="0095295F" w:rsidP="00B26763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14:paraId="317EFF4A" w14:textId="77777777" w:rsidR="0095295F" w:rsidRDefault="0095295F" w:rsidP="00B26763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14:paraId="5C522178" w14:textId="77777777" w:rsidR="0095295F" w:rsidRDefault="0095295F" w:rsidP="00B26763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14:paraId="49CA1B56" w14:textId="77777777" w:rsidR="0095295F" w:rsidRDefault="0095295F" w:rsidP="00B26763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14:paraId="113B061D" w14:textId="77777777" w:rsidR="0095295F" w:rsidRDefault="0095295F" w:rsidP="00B26763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14:paraId="0CFA54B2" w14:textId="77777777" w:rsidR="0095295F" w:rsidRDefault="0095295F" w:rsidP="00B26763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14:paraId="7EBCB8E6" w14:textId="77777777" w:rsidR="0095295F" w:rsidRDefault="0095295F" w:rsidP="00B26763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14:paraId="71FB0E37" w14:textId="7A8FEE7A" w:rsidR="0095295F" w:rsidRPr="00F94324" w:rsidRDefault="0095295F" w:rsidP="00B26763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9432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Достатній</w:t>
            </w:r>
          </w:p>
        </w:tc>
        <w:tc>
          <w:tcPr>
            <w:tcW w:w="676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75D5ADA" w14:textId="77777777" w:rsidR="0095295F" w:rsidRPr="00F94324" w:rsidRDefault="0095295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9432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lastRenderedPageBreak/>
              <w:t>7</w:t>
            </w:r>
          </w:p>
        </w:tc>
        <w:tc>
          <w:tcPr>
            <w:tcW w:w="3505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373353C" w14:textId="77777777" w:rsidR="0095295F" w:rsidRPr="00F94324" w:rsidRDefault="0095295F" w:rsidP="0095295F">
            <w:pPr>
              <w:spacing w:line="216" w:lineRule="auto"/>
              <w:ind w:left="75" w:right="109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9432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самостійно знаходить у художньому тексті потрібну інформацію; визначає тему, ідею / основну думку, ключові епізоди; характеризує образи з опорою на текст; розпізнає жанрові ознаки, композиційні елементи та художні засоби; пояснює окремі зв’язки твору з культурно-історичним контекстом</w:t>
            </w:r>
          </w:p>
        </w:tc>
        <w:tc>
          <w:tcPr>
            <w:tcW w:w="3281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5CE290B" w14:textId="77777777" w:rsidR="0095295F" w:rsidRPr="00F94324" w:rsidRDefault="0095295F" w:rsidP="0095295F">
            <w:pPr>
              <w:spacing w:line="216" w:lineRule="auto"/>
              <w:ind w:left="75" w:right="109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9432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виконує окремі дослідницькі завдання за узгодженим алгоритмом; аналізує епізод, учинок персонажа, окремий образ; установлює зв’язок між художньою деталлю та змістом; створює достатньо змістовне й логічне читацьке висловлення, наводить текстові аргументи</w:t>
            </w:r>
          </w:p>
        </w:tc>
        <w:tc>
          <w:tcPr>
            <w:tcW w:w="2548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1097A90" w14:textId="77777777" w:rsidR="0095295F" w:rsidRPr="00F94324" w:rsidRDefault="0095295F" w:rsidP="0095295F">
            <w:pPr>
              <w:spacing w:line="216" w:lineRule="auto"/>
              <w:ind w:left="75" w:right="109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9432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переважно самостійно виконує типові завдання, користуючись опосередкованою допомогою; добирає відомий алгоритм аналізу; контролює основні етапи власної роботи</w:t>
            </w:r>
          </w:p>
        </w:tc>
        <w:tc>
          <w:tcPr>
            <w:tcW w:w="2362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3AFD1E9" w14:textId="77777777" w:rsidR="0095295F" w:rsidRPr="00F94324" w:rsidRDefault="0095295F" w:rsidP="0095295F">
            <w:pPr>
              <w:spacing w:line="216" w:lineRule="auto"/>
              <w:ind w:left="75" w:right="109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9432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долучається до обговорення, висловлює власну інтерпретацію, ставить запитання; співпрацює під час парного / групового аналізу, хоча ініціативу виявляє не завжди</w:t>
            </w:r>
          </w:p>
        </w:tc>
        <w:tc>
          <w:tcPr>
            <w:tcW w:w="1429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B14AB30" w14:textId="77777777" w:rsidR="0095295F" w:rsidRPr="00F94324" w:rsidRDefault="0095295F" w:rsidP="0095295F">
            <w:pPr>
              <w:spacing w:line="216" w:lineRule="auto"/>
              <w:ind w:left="75" w:right="109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9432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виявляє літературні знання й читацькі вміння постійно в типових ситуаціях</w:t>
            </w:r>
          </w:p>
        </w:tc>
      </w:tr>
      <w:tr w:rsidR="0095295F" w:rsidRPr="00415A1B" w14:paraId="30E72651" w14:textId="77777777" w:rsidTr="00415A1B">
        <w:trPr>
          <w:jc w:val="center"/>
        </w:trPr>
        <w:tc>
          <w:tcPr>
            <w:tcW w:w="1426" w:type="dxa"/>
            <w:vMerge/>
            <w:shd w:val="clear" w:color="auto" w:fill="E2F0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885B46B" w14:textId="17927F64" w:rsidR="0095295F" w:rsidRPr="00F94324" w:rsidRDefault="0095295F" w:rsidP="00B26763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76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C674210" w14:textId="77777777" w:rsidR="0095295F" w:rsidRPr="00F94324" w:rsidRDefault="0095295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9432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8</w:t>
            </w:r>
          </w:p>
        </w:tc>
        <w:tc>
          <w:tcPr>
            <w:tcW w:w="3505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05E4DCF" w14:textId="77777777" w:rsidR="0095295F" w:rsidRPr="00F94324" w:rsidRDefault="0095295F" w:rsidP="0095295F">
            <w:pPr>
              <w:spacing w:line="216" w:lineRule="auto"/>
              <w:ind w:left="75" w:right="109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9432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зіставляє й порівнює персонажів, епізоди, теми, мотиви, жанрові особливості або художні засоби за заданою ознакою; розрізняє фактичну та інтерпретаційну інформацію; пояснює зв’язок форми й змісту; порівнює окремі явища різних національних літератур у межах вивченого</w:t>
            </w:r>
          </w:p>
        </w:tc>
        <w:tc>
          <w:tcPr>
            <w:tcW w:w="3281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CDBCA8D" w14:textId="77777777" w:rsidR="0095295F" w:rsidRPr="00F94324" w:rsidRDefault="0095295F" w:rsidP="0095295F">
            <w:pPr>
              <w:spacing w:line="216" w:lineRule="auto"/>
              <w:ind w:left="75" w:right="109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9432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виконує типові дослідницькі завдання; аналізує образи, конфлікт, композиційні елементи й художні засоби; обґрунтовує судження прикладами з тексту; створює логічне, послідовне, структуроване усне або письмове висловлення про прочитане</w:t>
            </w:r>
          </w:p>
        </w:tc>
        <w:tc>
          <w:tcPr>
            <w:tcW w:w="2548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6F66095" w14:textId="77777777" w:rsidR="0095295F" w:rsidRPr="00F94324" w:rsidRDefault="0095295F" w:rsidP="0095295F">
            <w:pPr>
              <w:spacing w:line="216" w:lineRule="auto"/>
              <w:ind w:left="75" w:right="109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9432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самостійно організовує виконання типового завдання; за потреби користується текстом, довідковими матеріалами або консультацією; визначає власні дії та здійснює самоперевірку</w:t>
            </w:r>
          </w:p>
        </w:tc>
        <w:tc>
          <w:tcPr>
            <w:tcW w:w="2362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4E41A67" w14:textId="77777777" w:rsidR="0095295F" w:rsidRPr="00F94324" w:rsidRDefault="0095295F" w:rsidP="0095295F">
            <w:pPr>
              <w:spacing w:line="216" w:lineRule="auto"/>
              <w:ind w:left="75" w:right="109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9432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долучається до комунікації, за потреби ініціює її; порівнює читацькі позиції, аргументує власну; бере активну участь у спільному пошуку інтерпретації</w:t>
            </w:r>
          </w:p>
        </w:tc>
        <w:tc>
          <w:tcPr>
            <w:tcW w:w="1429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DD5DF60" w14:textId="77777777" w:rsidR="0095295F" w:rsidRPr="00F94324" w:rsidRDefault="0095295F" w:rsidP="0095295F">
            <w:pPr>
              <w:spacing w:line="216" w:lineRule="auto"/>
              <w:ind w:left="75" w:right="109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9432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виявляє літературні знання й читацькі вміння постійно в типових ситуаціях</w:t>
            </w:r>
          </w:p>
        </w:tc>
      </w:tr>
      <w:tr w:rsidR="0095295F" w:rsidRPr="00415A1B" w14:paraId="59D6F10D" w14:textId="77777777" w:rsidTr="00415A1B">
        <w:trPr>
          <w:jc w:val="center"/>
        </w:trPr>
        <w:tc>
          <w:tcPr>
            <w:tcW w:w="1426" w:type="dxa"/>
            <w:vMerge/>
            <w:shd w:val="clear" w:color="auto" w:fill="E2F0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EB5ACFF" w14:textId="24B29637" w:rsidR="0095295F" w:rsidRPr="00F94324" w:rsidRDefault="0095295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76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ABA75A0" w14:textId="77777777" w:rsidR="0095295F" w:rsidRPr="00F94324" w:rsidRDefault="0095295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9432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9</w:t>
            </w:r>
          </w:p>
        </w:tc>
        <w:tc>
          <w:tcPr>
            <w:tcW w:w="3505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E3F3D70" w14:textId="77777777" w:rsidR="0095295F" w:rsidRPr="00F94324" w:rsidRDefault="0095295F" w:rsidP="0095295F">
            <w:pPr>
              <w:spacing w:line="216" w:lineRule="auto"/>
              <w:ind w:left="75" w:right="109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9432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аналізує художній текст, образи, проблематику, мотиви та авторські способи творення художнього світу; установлює причинно-наслідкові, смислові й образні зв’язки; розрізняє факт, авторську позицію та читацьку інтерпретацію; зіставляє твори / образи різних національних літератур за визначеними аспектами</w:t>
            </w:r>
          </w:p>
        </w:tc>
        <w:tc>
          <w:tcPr>
            <w:tcW w:w="3281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B24C203" w14:textId="77777777" w:rsidR="0095295F" w:rsidRPr="00F94324" w:rsidRDefault="0095295F" w:rsidP="0095295F">
            <w:pPr>
              <w:spacing w:line="216" w:lineRule="auto"/>
              <w:ind w:left="75" w:right="109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9432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виконує типові дослідницькі та окремі частково-пошукові завдання; обирає з-поміж запропонованих спосіб аналізу; аргументовано характеризує персонажів і проблематику; пояснює роль художніх засобів; створює цілісне аналітичне або творче висловлення</w:t>
            </w:r>
          </w:p>
        </w:tc>
        <w:tc>
          <w:tcPr>
            <w:tcW w:w="2548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C33BC23" w14:textId="77777777" w:rsidR="0095295F" w:rsidRPr="00F94324" w:rsidRDefault="0095295F" w:rsidP="0095295F">
            <w:pPr>
              <w:spacing w:line="216" w:lineRule="auto"/>
              <w:ind w:left="75" w:right="109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9432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самостійно виконує типові й окремі ускладнені завдання; обирає відомий спосіб аналізу, контролює та коригує результат; допомоги потребує лише в окремих нетипових випадках</w:t>
            </w:r>
          </w:p>
        </w:tc>
        <w:tc>
          <w:tcPr>
            <w:tcW w:w="2362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7C57CC1" w14:textId="77777777" w:rsidR="0095295F" w:rsidRPr="00F94324" w:rsidRDefault="0095295F" w:rsidP="0095295F">
            <w:pPr>
              <w:spacing w:line="216" w:lineRule="auto"/>
              <w:ind w:left="75" w:right="109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9432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активно долучається до дискусії та може її ініціювати; аналізує позиції інших читачів, розвиває запропоновані ідеї; порівнює власне розуміння твору з іншими інтерпретаціями та наводить аргументи</w:t>
            </w:r>
          </w:p>
        </w:tc>
        <w:tc>
          <w:tcPr>
            <w:tcW w:w="1429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E4FE37B" w14:textId="77777777" w:rsidR="0095295F" w:rsidRPr="00F94324" w:rsidRDefault="0095295F" w:rsidP="0095295F">
            <w:pPr>
              <w:spacing w:line="216" w:lineRule="auto"/>
              <w:ind w:left="75" w:right="109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9432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виявляє літературні знання й читацькі вміння постійно в типових ситуаціях</w:t>
            </w:r>
          </w:p>
        </w:tc>
      </w:tr>
      <w:tr w:rsidR="0095295F" w:rsidRPr="00415A1B" w14:paraId="5725A010" w14:textId="77777777" w:rsidTr="00415A1B">
        <w:trPr>
          <w:jc w:val="center"/>
        </w:trPr>
        <w:tc>
          <w:tcPr>
            <w:tcW w:w="1426" w:type="dxa"/>
            <w:vMerge w:val="restart"/>
            <w:shd w:val="clear" w:color="auto" w:fill="D9EAF7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5787714" w14:textId="77777777" w:rsidR="0095295F" w:rsidRDefault="0095295F" w:rsidP="00CE29FA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14:paraId="0EE09CD4" w14:textId="77777777" w:rsidR="0095295F" w:rsidRDefault="0095295F" w:rsidP="00CE29FA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14:paraId="7A4FFF6D" w14:textId="77777777" w:rsidR="0095295F" w:rsidRDefault="0095295F" w:rsidP="00CE29FA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14:paraId="24A6CEB6" w14:textId="77777777" w:rsidR="0095295F" w:rsidRDefault="0095295F" w:rsidP="00CE29FA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14:paraId="0761E3BF" w14:textId="77777777" w:rsidR="0095295F" w:rsidRDefault="0095295F" w:rsidP="00CE29FA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14:paraId="0A13C659" w14:textId="77777777" w:rsidR="0095295F" w:rsidRDefault="0095295F" w:rsidP="00CE29FA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14:paraId="0CCE3BD5" w14:textId="77777777" w:rsidR="0095295F" w:rsidRDefault="0095295F" w:rsidP="00CE29FA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14:paraId="6FD0AB07" w14:textId="77777777" w:rsidR="0095295F" w:rsidRDefault="0095295F" w:rsidP="00CE29FA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14:paraId="716943FE" w14:textId="77777777" w:rsidR="0095295F" w:rsidRDefault="0095295F" w:rsidP="00CE29FA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14:paraId="4EEF333D" w14:textId="77777777" w:rsidR="0095295F" w:rsidRDefault="0095295F" w:rsidP="00CE29FA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14:paraId="55901E88" w14:textId="77777777" w:rsidR="0095295F" w:rsidRDefault="0095295F" w:rsidP="00CE29FA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14:paraId="5E62DB16" w14:textId="77777777" w:rsidR="0095295F" w:rsidRDefault="0095295F" w:rsidP="00CE29FA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14:paraId="55D47302" w14:textId="77777777" w:rsidR="0095295F" w:rsidRDefault="0095295F" w:rsidP="00CE29FA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14:paraId="708CB3F1" w14:textId="77777777" w:rsidR="0095295F" w:rsidRDefault="0095295F" w:rsidP="00CE29FA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14:paraId="11A9D4F8" w14:textId="77777777" w:rsidR="0095295F" w:rsidRDefault="0095295F" w:rsidP="00CE29FA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14:paraId="4D76A065" w14:textId="77777777" w:rsidR="0095295F" w:rsidRDefault="0095295F" w:rsidP="00CE29FA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14:paraId="25EA53DE" w14:textId="3B5BD7E8" w:rsidR="0095295F" w:rsidRPr="00F94324" w:rsidRDefault="0095295F" w:rsidP="00CE29F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9432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Високий</w:t>
            </w:r>
          </w:p>
        </w:tc>
        <w:tc>
          <w:tcPr>
            <w:tcW w:w="676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9A044D1" w14:textId="77777777" w:rsidR="0095295F" w:rsidRPr="00F94324" w:rsidRDefault="0095295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9432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10</w:t>
            </w:r>
          </w:p>
        </w:tc>
        <w:tc>
          <w:tcPr>
            <w:tcW w:w="3505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47CBF40" w14:textId="77777777" w:rsidR="0095295F" w:rsidRPr="00F94324" w:rsidRDefault="0095295F" w:rsidP="0095295F">
            <w:pPr>
              <w:spacing w:line="216" w:lineRule="auto"/>
              <w:ind w:left="75" w:right="109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9432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узагальнює інформацію про твір, творчість письменника та літературні явища з різних джерел; формулює самостійні висновки; установлює зв’язки між тематикою, проблематикою, образами, композицією та художніми засобами; співвідносить твір із культурно-історичним контекстом і зіставляє з іншими вивченими творами світової літератури</w:t>
            </w:r>
          </w:p>
        </w:tc>
        <w:tc>
          <w:tcPr>
            <w:tcW w:w="3281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0C1AC01" w14:textId="77777777" w:rsidR="0095295F" w:rsidRPr="00F94324" w:rsidRDefault="0095295F" w:rsidP="0095295F">
            <w:pPr>
              <w:spacing w:line="216" w:lineRule="auto"/>
              <w:ind w:left="75" w:right="109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9432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виконує дослідницькі та окремі творчі завдання; обирає доцільні способи аналізу й пропонує альтернативні інтерпретації; створює змістовні, логічні, аргументовані читацькі висловлення; доречно використовує літературознавчі поняття й текстові докази</w:t>
            </w:r>
          </w:p>
        </w:tc>
        <w:tc>
          <w:tcPr>
            <w:tcW w:w="2548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0F06D37" w14:textId="77777777" w:rsidR="0095295F" w:rsidRPr="00F94324" w:rsidRDefault="0095295F" w:rsidP="0095295F">
            <w:pPr>
              <w:spacing w:line="216" w:lineRule="auto"/>
              <w:ind w:left="75" w:right="109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9432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самостійно планує виконання більшості завдань; аналізує власні навчальні дії, коригує стратегію та результат; ефективно працює в типових і окремих нетипових ситуаціях</w:t>
            </w:r>
          </w:p>
        </w:tc>
        <w:tc>
          <w:tcPr>
            <w:tcW w:w="2362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29AC26F" w14:textId="77777777" w:rsidR="0095295F" w:rsidRPr="00F94324" w:rsidRDefault="0095295F" w:rsidP="0095295F">
            <w:pPr>
              <w:spacing w:line="216" w:lineRule="auto"/>
              <w:ind w:left="75" w:right="109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9432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ініціює обговорення, </w:t>
            </w:r>
            <w:proofErr w:type="spellStart"/>
            <w:r w:rsidRPr="00F9432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конструктивно</w:t>
            </w:r>
            <w:proofErr w:type="spellEnd"/>
            <w:r w:rsidRPr="00F9432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реагує на інші інтерпретації; пропонує ідеї, обстоює їх аргументами; допомагає організувати спільний аналіз твору</w:t>
            </w:r>
          </w:p>
        </w:tc>
        <w:tc>
          <w:tcPr>
            <w:tcW w:w="1429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621BB93" w14:textId="77777777" w:rsidR="0095295F" w:rsidRPr="00F94324" w:rsidRDefault="0095295F" w:rsidP="0095295F">
            <w:pPr>
              <w:spacing w:line="216" w:lineRule="auto"/>
              <w:ind w:left="75" w:right="109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9432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виявляє літературні знання й читацькі вміння системно в типових і нетипових ситуаціях</w:t>
            </w:r>
          </w:p>
        </w:tc>
      </w:tr>
      <w:tr w:rsidR="0095295F" w:rsidRPr="00415A1B" w14:paraId="77027D21" w14:textId="77777777" w:rsidTr="00415A1B">
        <w:trPr>
          <w:jc w:val="center"/>
        </w:trPr>
        <w:tc>
          <w:tcPr>
            <w:tcW w:w="1426" w:type="dxa"/>
            <w:vMerge/>
            <w:shd w:val="clear" w:color="auto" w:fill="D9EAF7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97A7658" w14:textId="38B7A47B" w:rsidR="0095295F" w:rsidRPr="00F94324" w:rsidRDefault="0095295F" w:rsidP="00CE29FA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76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A1AF824" w14:textId="77777777" w:rsidR="0095295F" w:rsidRPr="00F94324" w:rsidRDefault="0095295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9432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11</w:t>
            </w:r>
          </w:p>
        </w:tc>
        <w:tc>
          <w:tcPr>
            <w:tcW w:w="3505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7AE65AF" w14:textId="77777777" w:rsidR="0095295F" w:rsidRPr="00F94324" w:rsidRDefault="0095295F" w:rsidP="0095295F">
            <w:pPr>
              <w:spacing w:line="216" w:lineRule="auto"/>
              <w:ind w:left="75" w:right="109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9432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оцінює інформацію про художній твір, автора й літературне явище з різних джерел за визначеними критеріями; аналізує авторську позицію, художню майстерність, систему образів, </w:t>
            </w:r>
            <w:r w:rsidRPr="00F9432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проблематику й засоби впливу на читача; порівнює різні інтерпретації та культурні контексти, обґрунтовує власну</w:t>
            </w:r>
          </w:p>
        </w:tc>
        <w:tc>
          <w:tcPr>
            <w:tcW w:w="3281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87F8D91" w14:textId="77777777" w:rsidR="0095295F" w:rsidRPr="00F94324" w:rsidRDefault="0095295F" w:rsidP="0095295F">
            <w:pPr>
              <w:spacing w:line="216" w:lineRule="auto"/>
              <w:ind w:left="75" w:right="109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9432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виконує дослідницькі й творчі завдання; пропонує різні способи аналізу та інтерпретації; створює самостійні, переконливі, структуровані аналітичні й творчі висловлення; доречно </w:t>
            </w:r>
            <w:r w:rsidRPr="00F9432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використовує літературознавчі поняття, текстові опори, </w:t>
            </w:r>
            <w:proofErr w:type="spellStart"/>
            <w:r w:rsidRPr="00F9432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міжтекстові</w:t>
            </w:r>
            <w:proofErr w:type="spellEnd"/>
            <w:r w:rsidRPr="00F9432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та міжкультурні зіставлення</w:t>
            </w:r>
          </w:p>
        </w:tc>
        <w:tc>
          <w:tcPr>
            <w:tcW w:w="2548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066C6D8" w14:textId="77777777" w:rsidR="0095295F" w:rsidRPr="00F94324" w:rsidRDefault="0095295F" w:rsidP="0095295F">
            <w:pPr>
              <w:spacing w:line="216" w:lineRule="auto"/>
              <w:ind w:left="75" w:right="109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9432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самостійно планує, організовує й контролює навчальну діяльність; обґрунтовує власні аналітичні рішення; оцінює результат і </w:t>
            </w:r>
            <w:r w:rsidRPr="00F9432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вносить доцільні корективи</w:t>
            </w:r>
          </w:p>
        </w:tc>
        <w:tc>
          <w:tcPr>
            <w:tcW w:w="2362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1E73E22" w14:textId="77777777" w:rsidR="0095295F" w:rsidRPr="00F94324" w:rsidRDefault="0095295F" w:rsidP="0095295F">
            <w:pPr>
              <w:spacing w:line="216" w:lineRule="auto"/>
              <w:ind w:left="75" w:right="109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9432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активно ініціює та підтримує літературну дискусію; оцінює власну позицію й позиції інших, розвиває думки </w:t>
            </w:r>
            <w:r w:rsidRPr="00F9432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співрозмовників, </w:t>
            </w:r>
            <w:proofErr w:type="spellStart"/>
            <w:r w:rsidRPr="00F9432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конструктивно</w:t>
            </w:r>
            <w:proofErr w:type="spellEnd"/>
            <w:r w:rsidRPr="00F9432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аргументує та надає змістовний зворотний зв’язок</w:t>
            </w:r>
          </w:p>
        </w:tc>
        <w:tc>
          <w:tcPr>
            <w:tcW w:w="1429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F478D3E" w14:textId="77777777" w:rsidR="0095295F" w:rsidRPr="00F94324" w:rsidRDefault="0095295F" w:rsidP="0095295F">
            <w:pPr>
              <w:spacing w:line="216" w:lineRule="auto"/>
              <w:ind w:left="75" w:right="109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9432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виявляє літературні знання й читацькі вміння системно в типових і </w:t>
            </w:r>
            <w:r w:rsidRPr="00F9432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нетипових ситуаціях</w:t>
            </w:r>
          </w:p>
        </w:tc>
      </w:tr>
      <w:tr w:rsidR="0095295F" w:rsidRPr="00415A1B" w14:paraId="1DA3FB6C" w14:textId="77777777" w:rsidTr="00415A1B">
        <w:trPr>
          <w:jc w:val="center"/>
        </w:trPr>
        <w:tc>
          <w:tcPr>
            <w:tcW w:w="1426" w:type="dxa"/>
            <w:vMerge/>
            <w:shd w:val="clear" w:color="auto" w:fill="D9EAF7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58753B3" w14:textId="22390F1E" w:rsidR="0095295F" w:rsidRPr="00F94324" w:rsidRDefault="0095295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76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3A2C57B" w14:textId="77777777" w:rsidR="0095295F" w:rsidRPr="00F94324" w:rsidRDefault="0095295F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9432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12</w:t>
            </w:r>
          </w:p>
        </w:tc>
        <w:tc>
          <w:tcPr>
            <w:tcW w:w="3505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67ED627" w14:textId="77777777" w:rsidR="0095295F" w:rsidRPr="00F94324" w:rsidRDefault="0095295F" w:rsidP="0095295F">
            <w:pPr>
              <w:spacing w:line="216" w:lineRule="auto"/>
              <w:ind w:left="75" w:right="109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9432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самостійно оцінює й інтегрує інформацію про твір, автора та літературно-культурний контекст із різних джерел; виявляє багатозначність художнього тексту, підтекст, символічні й образні зв’язки; формує цілісну аргументовану інтерпретацію; установлює обґрунтовані зв’язки між творами різних національних літератур і культур</w:t>
            </w:r>
          </w:p>
        </w:tc>
        <w:tc>
          <w:tcPr>
            <w:tcW w:w="3281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AEA612C" w14:textId="77777777" w:rsidR="0095295F" w:rsidRPr="00F94324" w:rsidRDefault="0095295F" w:rsidP="0095295F">
            <w:pPr>
              <w:spacing w:line="216" w:lineRule="auto"/>
              <w:ind w:left="75" w:right="109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9432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виконує дослідницькі й творчі завдання високого рівня; пропонує різні способи розв’язання нестандартної літературної проблеми та аргументує вибір; самостійно здійснює цілісний аналіз твору або його аспекту; створює оригінальні, доказові аналітичні й творчі висловлення, установлює </w:t>
            </w:r>
            <w:proofErr w:type="spellStart"/>
            <w:r w:rsidRPr="00F9432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міжтекстові</w:t>
            </w:r>
            <w:proofErr w:type="spellEnd"/>
            <w:r w:rsidRPr="00F9432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міжкультурні та </w:t>
            </w:r>
            <w:proofErr w:type="spellStart"/>
            <w:r w:rsidRPr="00F9432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міжмистецькі</w:t>
            </w:r>
            <w:proofErr w:type="spellEnd"/>
            <w:r w:rsidRPr="00F9432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зв’язки</w:t>
            </w:r>
          </w:p>
        </w:tc>
        <w:tc>
          <w:tcPr>
            <w:tcW w:w="2548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C9EA801" w14:textId="77777777" w:rsidR="0095295F" w:rsidRPr="00F94324" w:rsidRDefault="0095295F" w:rsidP="0095295F">
            <w:pPr>
              <w:spacing w:line="216" w:lineRule="auto"/>
              <w:ind w:left="75" w:right="109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9432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усвідомлено й самостійно діє в нестандартних ситуаціях; оцінює можливі стратегії аналізу, прогнозує результат; обґрунтовує, аналізує й оцінює власні навчальні дії та планує подальший читацький і навчальний поступ</w:t>
            </w:r>
          </w:p>
        </w:tc>
        <w:tc>
          <w:tcPr>
            <w:tcW w:w="2362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DA01217" w14:textId="77777777" w:rsidR="0095295F" w:rsidRPr="00F94324" w:rsidRDefault="0095295F" w:rsidP="0095295F">
            <w:pPr>
              <w:spacing w:line="216" w:lineRule="auto"/>
              <w:ind w:left="75" w:right="109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9432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ініціює, планує й спрямовує продуктивну літературну дискусію; формує власну лінію аргументації, оцінює позиції інших; сприяє досягненню спільного розуміння проблеми та надає конструктивний зворотний зв’язок</w:t>
            </w:r>
          </w:p>
        </w:tc>
        <w:tc>
          <w:tcPr>
            <w:tcW w:w="1429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E2F37F" w14:textId="77777777" w:rsidR="0095295F" w:rsidRPr="00F94324" w:rsidRDefault="0095295F" w:rsidP="0095295F">
            <w:pPr>
              <w:spacing w:line="216" w:lineRule="auto"/>
              <w:ind w:left="75" w:right="109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9432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виявляє літературні знання й читацькі вміння системно в типових і нетипових ситуаціях</w:t>
            </w:r>
          </w:p>
        </w:tc>
      </w:tr>
    </w:tbl>
    <w:p w14:paraId="36F11F20" w14:textId="77777777" w:rsidR="00BC7BC6" w:rsidRPr="00F94324" w:rsidRDefault="00BC7BC6">
      <w:pPr>
        <w:rPr>
          <w:rFonts w:ascii="Times New Roman" w:hAnsi="Times New Roman" w:cs="Times New Roman"/>
          <w:sz w:val="24"/>
          <w:szCs w:val="24"/>
          <w:lang w:val="uk-UA"/>
        </w:rPr>
      </w:pPr>
    </w:p>
    <w:p w14:paraId="08144452" w14:textId="77777777" w:rsidR="00F94324" w:rsidRPr="00F94324" w:rsidRDefault="00F94324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sectPr w:rsidR="00F94324" w:rsidRPr="00F94324" w:rsidSect="00034616">
      <w:pgSz w:w="15840" w:h="12240" w:orient="landscape"/>
      <w:pgMar w:top="567" w:right="510" w:bottom="567" w:left="51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4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415A1B"/>
    <w:rsid w:val="00492887"/>
    <w:rsid w:val="0095295F"/>
    <w:rsid w:val="00AA1D8D"/>
    <w:rsid w:val="00B47730"/>
    <w:rsid w:val="00BC7BC6"/>
    <w:rsid w:val="00CB0664"/>
    <w:rsid w:val="00F9432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EDFE168"/>
  <w14:defaultImageDpi w14:val="300"/>
  <w15:docId w15:val="{0F2F639D-1F36-4514-8EC2-88203C62F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pPr>
      <w:spacing w:after="0" w:line="228" w:lineRule="auto"/>
    </w:pPr>
    <w:rPr>
      <w:rFonts w:ascii="Arial" w:hAnsi="Arial"/>
      <w:sz w:val="15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a6">
    <w:name w:val="Верхні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a8">
    <w:name w:val="Нижні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і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и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и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и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у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Цитата Знак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Насичена цитата Знак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1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2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3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27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37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41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51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61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4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12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8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38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42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52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62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5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13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2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9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43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53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63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4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10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20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30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40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a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10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20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30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40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50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60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7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11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21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31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41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b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11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21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31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41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51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61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8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1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22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32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2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c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1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22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32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42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52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62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a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10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20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30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40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50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60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6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9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2d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3b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4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54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64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7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a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2e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3c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45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5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65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8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b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2f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3d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46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56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6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9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c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2f0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3e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47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57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67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004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4</Pages>
  <Words>7322</Words>
  <Characters>4174</Characters>
  <Application>Microsoft Office Word</Application>
  <DocSecurity>0</DocSecurity>
  <Lines>34</Lines>
  <Paragraphs>22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11474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Larisa Un</cp:lastModifiedBy>
  <cp:revision>4</cp:revision>
  <dcterms:created xsi:type="dcterms:W3CDTF">2013-12-23T23:15:00Z</dcterms:created>
  <dcterms:modified xsi:type="dcterms:W3CDTF">2026-08-15T09:22:00Z</dcterms:modified>
  <cp:category/>
</cp:coreProperties>
</file>